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14:paraId="0D4D52EF" wp14:textId="77777777">
      <w:pPr>
        <w:pStyle w:val="Title"/>
      </w:pPr>
      <w:r>
        <w:t>Notification for Digitoll to NTS Ørje AS</w:t>
      </w:r>
    </w:p>
    <w:p xmlns:wp14="http://schemas.microsoft.com/office/word/2010/wordml" w14:paraId="526C169D" wp14:textId="77777777">
      <w:r>
        <w:t>1. NTS submits the Master (Transport Notification)</w:t>
      </w:r>
    </w:p>
    <w:p xmlns:wp14="http://schemas.microsoft.com/office/word/2010/wordml" w14:paraId="783CEB37" wp14:textId="77777777">
      <w:r>
        <w:t>☐ YES ☐ NO</w:t>
      </w:r>
    </w:p>
    <w:p xmlns:wp14="http://schemas.microsoft.com/office/word/2010/wordml" w14:paraId="43D3576B" wp14:textId="77777777">
      <w:r>
        <w:t>2. Customer/other party submits the Master (Transport Notification)</w:t>
      </w:r>
    </w:p>
    <w:p xmlns:wp14="http://schemas.microsoft.com/office/word/2010/wordml" w14:paraId="2F0C69F0" wp14:textId="77777777">
      <w:r>
        <w:t>☐ YES ☐ NO</w:t>
      </w:r>
      <w:r>
        <w:br/>
      </w:r>
      <w:r>
        <w:t>(If YES, NTS will return the MRN to be used as reference on the House declaration)</w:t>
      </w:r>
    </w:p>
    <w:p xmlns:wp14="http://schemas.microsoft.com/office/word/2010/wordml" w14:paraId="6A645526" wp14:textId="77777777">
      <w:pPr>
        <w:pStyle w:val="Heading2"/>
      </w:pPr>
      <w:r>
        <w:t>TRANSPORT DETAILS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xmlns:wp14="http://schemas.microsoft.com/office/word/2010/wordml" w14:paraId="33CFC00E" wp14:textId="77777777">
        <w:tc>
          <w:tcPr>
            <w:tcW w:w="4320" w:type="dxa"/>
          </w:tcPr>
          <w:p w14:paraId="0852FEE7" wp14:textId="77777777">
            <w:r>
              <w:t>Vehicle registration number at border crossing</w:t>
            </w:r>
          </w:p>
        </w:tc>
        <w:tc>
          <w:tcPr>
            <w:tcW w:w="4320" w:type="dxa"/>
          </w:tcPr>
          <w:p w14:paraId="510C577A" wp14:textId="77777777">
            <w:r>
              <w:t xml:space="preserve">      </w:t>
            </w:r>
          </w:p>
        </w:tc>
      </w:tr>
      <w:tr xmlns:wp14="http://schemas.microsoft.com/office/word/2010/wordml" w14:paraId="7003FBFD" wp14:textId="77777777">
        <w:tc>
          <w:tcPr>
            <w:tcW w:w="4320" w:type="dxa"/>
          </w:tcPr>
          <w:p w14:paraId="6BBA640D" wp14:textId="77777777">
            <w:r>
              <w:t>Border crossing point</w:t>
            </w:r>
          </w:p>
        </w:tc>
        <w:tc>
          <w:tcPr>
            <w:tcW w:w="4320" w:type="dxa"/>
          </w:tcPr>
          <w:p w14:paraId="0476DE45" wp14:textId="77777777">
            <w:r>
              <w:t xml:space="preserve">      </w:t>
            </w:r>
          </w:p>
        </w:tc>
      </w:tr>
      <w:tr xmlns:wp14="http://schemas.microsoft.com/office/word/2010/wordml" w14:paraId="1284D98E" wp14:textId="77777777">
        <w:tc>
          <w:tcPr>
            <w:tcW w:w="4320" w:type="dxa"/>
          </w:tcPr>
          <w:p w14:paraId="2B89B5E7" wp14:textId="77777777">
            <w:r>
              <w:t>Date &amp; time</w:t>
            </w:r>
          </w:p>
        </w:tc>
        <w:tc>
          <w:tcPr>
            <w:tcW w:w="4320" w:type="dxa"/>
          </w:tcPr>
          <w:p w14:paraId="16C4A925" wp14:textId="77777777">
            <w:r>
              <w:t xml:space="preserve">      </w:t>
            </w:r>
          </w:p>
        </w:tc>
      </w:tr>
    </w:tbl>
    <w:p xmlns:wp14="http://schemas.microsoft.com/office/word/2010/wordml" w14:paraId="3BD5BB60" wp14:textId="77777777">
      <w:pPr>
        <w:pStyle w:val="Heading2"/>
      </w:pPr>
      <w:r>
        <w:t>CARRIER DETAILS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xmlns:wp14="http://schemas.microsoft.com/office/word/2010/wordml" w:rsidTr="17A7725C" w14:paraId="58847A45" wp14:textId="77777777">
        <w:tc>
          <w:tcPr>
            <w:tcW w:w="4320" w:type="dxa"/>
            <w:tcMar/>
          </w:tcPr>
          <w:p w14:paraId="0D909AED" wp14:textId="3AA8D955">
            <w:r w:rsidR="17A7725C">
              <w:rPr/>
              <w:t xml:space="preserve">Name </w:t>
            </w:r>
          </w:p>
        </w:tc>
        <w:tc>
          <w:tcPr>
            <w:tcW w:w="4320" w:type="dxa"/>
            <w:tcMar/>
          </w:tcPr>
          <w:p w14:paraId="6A4EB685" wp14:textId="77777777">
            <w:r>
              <w:t xml:space="preserve">      </w:t>
            </w:r>
          </w:p>
        </w:tc>
      </w:tr>
      <w:tr xmlns:wp14="http://schemas.microsoft.com/office/word/2010/wordml" w:rsidTr="17A7725C" w14:paraId="5640F4BA" wp14:textId="77777777">
        <w:tc>
          <w:tcPr>
            <w:tcW w:w="4320" w:type="dxa"/>
            <w:tcMar/>
          </w:tcPr>
          <w:p w14:paraId="006F1301" wp14:textId="71BFD8AE">
            <w:r w:rsidR="17A7725C">
              <w:rPr/>
              <w:t xml:space="preserve">EORI </w:t>
            </w:r>
          </w:p>
        </w:tc>
        <w:tc>
          <w:tcPr>
            <w:tcW w:w="4320" w:type="dxa"/>
            <w:tcMar/>
          </w:tcPr>
          <w:p w14:paraId="75DB6F87" wp14:textId="77777777">
            <w:r>
              <w:t xml:space="preserve">      </w:t>
            </w:r>
          </w:p>
        </w:tc>
      </w:tr>
      <w:tr xmlns:wp14="http://schemas.microsoft.com/office/word/2010/wordml" w:rsidTr="17A7725C" w14:paraId="54B8A532" wp14:textId="77777777">
        <w:tc>
          <w:tcPr>
            <w:tcW w:w="4320" w:type="dxa"/>
            <w:tcMar/>
          </w:tcPr>
          <w:p w14:paraId="0A970983" wp14:textId="08362640">
            <w:r w:rsidR="17A7725C">
              <w:rPr/>
              <w:t xml:space="preserve">Country </w:t>
            </w:r>
          </w:p>
        </w:tc>
        <w:tc>
          <w:tcPr>
            <w:tcW w:w="4320" w:type="dxa"/>
            <w:tcMar/>
          </w:tcPr>
          <w:p w14:paraId="0682543A" wp14:textId="77777777">
            <w:r>
              <w:t xml:space="preserve">      </w:t>
            </w:r>
          </w:p>
        </w:tc>
      </w:tr>
      <w:tr xmlns:wp14="http://schemas.microsoft.com/office/word/2010/wordml" w:rsidTr="17A7725C" w14:paraId="38AAB70C" wp14:textId="77777777">
        <w:tc>
          <w:tcPr>
            <w:tcW w:w="4320" w:type="dxa"/>
            <w:tcMar/>
          </w:tcPr>
          <w:p w14:paraId="5218F130" wp14:textId="2EBBFCCE">
            <w:r w:rsidR="17A7725C">
              <w:rPr/>
              <w:t xml:space="preserve">City </w:t>
            </w:r>
          </w:p>
        </w:tc>
        <w:tc>
          <w:tcPr>
            <w:tcW w:w="4320" w:type="dxa"/>
            <w:tcMar/>
          </w:tcPr>
          <w:p w14:paraId="023F18CF" wp14:textId="77777777">
            <w:r>
              <w:t xml:space="preserve">      </w:t>
            </w:r>
          </w:p>
        </w:tc>
      </w:tr>
      <w:tr xmlns:wp14="http://schemas.microsoft.com/office/word/2010/wordml" w:rsidTr="17A7725C" w14:paraId="6411E1B5" wp14:textId="77777777">
        <w:tc>
          <w:tcPr>
            <w:tcW w:w="4320" w:type="dxa"/>
            <w:tcMar/>
          </w:tcPr>
          <w:p w14:paraId="69047E7B" wp14:textId="5685BAB3">
            <w:r w:rsidR="17A7725C">
              <w:rPr/>
              <w:t xml:space="preserve">Phone </w:t>
            </w:r>
          </w:p>
        </w:tc>
        <w:tc>
          <w:tcPr>
            <w:tcW w:w="4320" w:type="dxa"/>
            <w:tcMar/>
          </w:tcPr>
          <w:p w14:paraId="3B033835" wp14:textId="77777777">
            <w:r>
              <w:t xml:space="preserve">      </w:t>
            </w:r>
          </w:p>
        </w:tc>
      </w:tr>
    </w:tbl>
    <w:p xmlns:wp14="http://schemas.microsoft.com/office/word/2010/wordml" w14:paraId="1693F604" wp14:textId="77777777">
      <w:pPr>
        <w:pStyle w:val="Heading2"/>
      </w:pPr>
      <w:r>
        <w:t>DRIVER DETAILS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xmlns:wp14="http://schemas.microsoft.com/office/word/2010/wordml" w14:paraId="657D001E" wp14:textId="77777777">
        <w:tc>
          <w:tcPr>
            <w:tcW w:w="4320" w:type="dxa"/>
          </w:tcPr>
          <w:p w14:paraId="000BBD2C" wp14:textId="77777777">
            <w:r>
              <w:t>Driver name</w:t>
            </w:r>
          </w:p>
        </w:tc>
        <w:tc>
          <w:tcPr>
            <w:tcW w:w="4320" w:type="dxa"/>
          </w:tcPr>
          <w:p w14:paraId="764E9450" wp14:textId="77777777">
            <w:r>
              <w:t xml:space="preserve">      </w:t>
            </w:r>
          </w:p>
        </w:tc>
      </w:tr>
      <w:tr xmlns:wp14="http://schemas.microsoft.com/office/word/2010/wordml" w14:paraId="5B05D904" wp14:textId="77777777">
        <w:tc>
          <w:tcPr>
            <w:tcW w:w="4320" w:type="dxa"/>
          </w:tcPr>
          <w:p w14:paraId="040DD275" wp14:textId="77777777">
            <w:r>
              <w:t>Phone</w:t>
            </w:r>
          </w:p>
        </w:tc>
        <w:tc>
          <w:tcPr>
            <w:tcW w:w="4320" w:type="dxa"/>
          </w:tcPr>
          <w:p w14:paraId="17CF7EFC" wp14:textId="77777777">
            <w:r>
              <w:t xml:space="preserve">      </w:t>
            </w:r>
          </w:p>
        </w:tc>
      </w:tr>
      <w:tr xmlns:wp14="http://schemas.microsoft.com/office/word/2010/wordml" w14:paraId="2A601A6C" wp14:textId="77777777">
        <w:tc>
          <w:tcPr>
            <w:tcW w:w="4320" w:type="dxa"/>
          </w:tcPr>
          <w:p w14:paraId="03CA40FF" wp14:textId="77777777">
            <w:r>
              <w:t>Email</w:t>
            </w:r>
          </w:p>
        </w:tc>
        <w:tc>
          <w:tcPr>
            <w:tcW w:w="4320" w:type="dxa"/>
          </w:tcPr>
          <w:p w14:paraId="51001A24" wp14:textId="77777777">
            <w:r>
              <w:t xml:space="preserve">      </w:t>
            </w:r>
          </w:p>
        </w:tc>
      </w:tr>
    </w:tbl>
    <w:sectPr w:rsidRPr="0006063C" w:rsidR="00FC693F" w:rsidSect="00034616">
      <w:pgSz w:w="12240" w:h="15840" w:orient="portrait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/>
  <w:proofState w:spelling="clean" w:grammar="dirty"/>
  <w:trackRevisions w:val="false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7A7725C"/>
    <w:rsid w:val="1AC25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15:docId w15:val="{924CD21C-CC73-4A8D-8F69-D59FC23D2CE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microsoft.com/office/2007/relationships/stylesWithEffects" Target="stylesWithEffects.xml" Id="rId4" /><Relationship Type="http://schemas.openxmlformats.org/officeDocument/2006/relationships/settings" Target="settings.xml" Id="rId5" /><Relationship Type="http://schemas.openxmlformats.org/officeDocument/2006/relationships/webSettings" Target="webSettings.xml" Id="rId6" /><Relationship Type="http://schemas.openxmlformats.org/officeDocument/2006/relationships/fontTable" Target="fontTable.xml" Id="rId7" /><Relationship Type="http://schemas.openxmlformats.org/officeDocument/2006/relationships/theme" Target="theme/theme1.xml" Id="rId8" /><Relationship Type="http://schemas.openxmlformats.org/officeDocument/2006/relationships/customXml" Target="../customXml/item1.xml" Id="rId1" /><Relationship Type="http://schemas.openxmlformats.org/officeDocument/2006/relationships/numbering" Target="numbering.xml" Id="rId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Henrik Arenö</dc:creator>
  <keywords/>
  <dc:description>generated by python-docx</dc:description>
  <lastModifiedBy>Henrik Arenö</lastModifiedBy>
  <revision>2</revision>
  <dcterms:created xsi:type="dcterms:W3CDTF">2026-08-24T11:39:14.3536410Z</dcterms:created>
  <dcterms:modified xsi:type="dcterms:W3CDTF">2026-08-24T12:39:51.3365280Z</dcterms:modified>
  <category/>
</coreProperties>
</file>